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7772B" w14:textId="77777777" w:rsidR="00F22207" w:rsidRPr="00A67C04" w:rsidRDefault="00F22207" w:rsidP="00A67C04">
      <w:pPr>
        <w:spacing w:after="0" w:line="240" w:lineRule="auto"/>
        <w:jc w:val="center"/>
        <w:rPr>
          <w:rFonts w:asciiTheme="majorHAnsi" w:hAnsiTheme="majorHAnsi" w:cstheme="majorHAnsi"/>
          <w:b/>
          <w:bCs/>
        </w:rPr>
      </w:pPr>
    </w:p>
    <w:p w14:paraId="24ECD776" w14:textId="253145FF" w:rsidR="00F22207" w:rsidRPr="00A67C04" w:rsidRDefault="00F22207" w:rsidP="00A67C04">
      <w:pPr>
        <w:spacing w:after="0" w:line="240" w:lineRule="auto"/>
        <w:jc w:val="center"/>
        <w:rPr>
          <w:rFonts w:asciiTheme="majorHAnsi" w:hAnsiTheme="majorHAnsi" w:cstheme="majorHAnsi"/>
        </w:rPr>
      </w:pPr>
      <w:r w:rsidRPr="00A67C04">
        <w:rPr>
          <w:rFonts w:asciiTheme="majorHAnsi" w:hAnsiTheme="majorHAnsi" w:cstheme="majorHAnsi"/>
          <w:b/>
          <w:bCs/>
        </w:rPr>
        <w:t>Byron Bites Hot Dog Eating Contest</w:t>
      </w:r>
      <w:r w:rsidR="00226B46">
        <w:rPr>
          <w:rFonts w:asciiTheme="majorHAnsi" w:hAnsiTheme="majorHAnsi" w:cstheme="majorHAnsi"/>
          <w:b/>
          <w:bCs/>
        </w:rPr>
        <w:t xml:space="preserve"> | 1</w:t>
      </w:r>
      <w:r w:rsidR="00B40B56">
        <w:rPr>
          <w:rFonts w:asciiTheme="majorHAnsi" w:hAnsiTheme="majorHAnsi" w:cstheme="majorHAnsi"/>
          <w:b/>
          <w:bCs/>
        </w:rPr>
        <w:t>8</w:t>
      </w:r>
      <w:r w:rsidR="00226B46">
        <w:rPr>
          <w:rFonts w:asciiTheme="majorHAnsi" w:hAnsiTheme="majorHAnsi" w:cstheme="majorHAnsi"/>
          <w:b/>
          <w:bCs/>
        </w:rPr>
        <w:t>-</w:t>
      </w:r>
      <w:r w:rsidR="00426462">
        <w:rPr>
          <w:rFonts w:asciiTheme="majorHAnsi" w:hAnsiTheme="majorHAnsi" w:cstheme="majorHAnsi"/>
          <w:b/>
          <w:bCs/>
        </w:rPr>
        <w:t xml:space="preserve">20 </w:t>
      </w:r>
      <w:r w:rsidR="00226B46">
        <w:rPr>
          <w:rFonts w:asciiTheme="majorHAnsi" w:hAnsiTheme="majorHAnsi" w:cstheme="majorHAnsi"/>
          <w:b/>
          <w:bCs/>
        </w:rPr>
        <w:t>Group and 30</w:t>
      </w:r>
      <w:r w:rsidR="00426462">
        <w:rPr>
          <w:rFonts w:asciiTheme="majorHAnsi" w:hAnsiTheme="majorHAnsi" w:cstheme="majorHAnsi"/>
          <w:b/>
          <w:bCs/>
        </w:rPr>
        <w:t>+</w:t>
      </w:r>
      <w:r w:rsidR="00226B46">
        <w:rPr>
          <w:rFonts w:asciiTheme="majorHAnsi" w:hAnsiTheme="majorHAnsi" w:cstheme="majorHAnsi"/>
          <w:b/>
          <w:bCs/>
        </w:rPr>
        <w:t xml:space="preserve"> Group</w:t>
      </w:r>
    </w:p>
    <w:p w14:paraId="5246E557" w14:textId="77777777" w:rsidR="00F22207" w:rsidRDefault="00F22207" w:rsidP="00A67C04">
      <w:pPr>
        <w:spacing w:after="0" w:line="240" w:lineRule="auto"/>
        <w:rPr>
          <w:rFonts w:asciiTheme="majorHAnsi" w:hAnsiTheme="majorHAnsi" w:cstheme="majorHAnsi"/>
        </w:rPr>
      </w:pPr>
    </w:p>
    <w:p w14:paraId="34F10679" w14:textId="77777777" w:rsidR="0036106D" w:rsidRPr="00A67C04" w:rsidRDefault="0036106D" w:rsidP="00A67C04">
      <w:pPr>
        <w:spacing w:after="0" w:line="240" w:lineRule="auto"/>
        <w:rPr>
          <w:rFonts w:asciiTheme="majorHAnsi" w:hAnsiTheme="majorHAnsi" w:cstheme="majorHAnsi"/>
        </w:rPr>
      </w:pPr>
    </w:p>
    <w:tbl>
      <w:tblPr>
        <w:tblStyle w:val="TableGrid"/>
        <w:tblW w:w="0" w:type="auto"/>
        <w:tblLook w:val="04A0" w:firstRow="1" w:lastRow="0" w:firstColumn="1" w:lastColumn="0" w:noHBand="0" w:noVBand="1"/>
      </w:tblPr>
      <w:tblGrid>
        <w:gridCol w:w="2178"/>
        <w:gridCol w:w="6678"/>
      </w:tblGrid>
      <w:tr w:rsidR="00832E2D" w14:paraId="68A0FB5C" w14:textId="77777777" w:rsidTr="009D38C4">
        <w:trPr>
          <w:trHeight w:val="432"/>
        </w:trPr>
        <w:tc>
          <w:tcPr>
            <w:tcW w:w="2178" w:type="dxa"/>
            <w:vAlign w:val="center"/>
          </w:tcPr>
          <w:p w14:paraId="172D9E25" w14:textId="426730D3" w:rsidR="00832E2D" w:rsidRDefault="00832E2D" w:rsidP="00A67C04">
            <w:pPr>
              <w:rPr>
                <w:rFonts w:asciiTheme="majorHAnsi" w:hAnsiTheme="majorHAnsi" w:cstheme="majorHAnsi"/>
              </w:rPr>
            </w:pPr>
            <w:r>
              <w:rPr>
                <w:rFonts w:asciiTheme="majorHAnsi" w:hAnsiTheme="majorHAnsi" w:cstheme="majorHAnsi"/>
              </w:rPr>
              <w:t>Participant Name:</w:t>
            </w:r>
          </w:p>
        </w:tc>
        <w:tc>
          <w:tcPr>
            <w:tcW w:w="6678" w:type="dxa"/>
            <w:vAlign w:val="center"/>
          </w:tcPr>
          <w:p w14:paraId="4C18A5E4" w14:textId="77777777" w:rsidR="00832E2D" w:rsidRDefault="00832E2D" w:rsidP="00A67C04">
            <w:pPr>
              <w:rPr>
                <w:rFonts w:asciiTheme="majorHAnsi" w:hAnsiTheme="majorHAnsi" w:cstheme="majorHAnsi"/>
              </w:rPr>
            </w:pPr>
          </w:p>
        </w:tc>
      </w:tr>
      <w:tr w:rsidR="00832E2D" w14:paraId="1BD86F5B" w14:textId="77777777" w:rsidTr="009D38C4">
        <w:trPr>
          <w:trHeight w:val="432"/>
        </w:trPr>
        <w:tc>
          <w:tcPr>
            <w:tcW w:w="2178" w:type="dxa"/>
            <w:vAlign w:val="center"/>
          </w:tcPr>
          <w:p w14:paraId="02D7E8F8" w14:textId="30D1C7E8" w:rsidR="00832E2D" w:rsidRDefault="00832E2D" w:rsidP="00A67C04">
            <w:pPr>
              <w:rPr>
                <w:rFonts w:asciiTheme="majorHAnsi" w:hAnsiTheme="majorHAnsi" w:cstheme="majorHAnsi"/>
              </w:rPr>
            </w:pPr>
            <w:r>
              <w:rPr>
                <w:rFonts w:asciiTheme="majorHAnsi" w:hAnsiTheme="majorHAnsi" w:cstheme="majorHAnsi"/>
              </w:rPr>
              <w:t>Age:</w:t>
            </w:r>
          </w:p>
        </w:tc>
        <w:tc>
          <w:tcPr>
            <w:tcW w:w="6678" w:type="dxa"/>
            <w:vAlign w:val="center"/>
          </w:tcPr>
          <w:p w14:paraId="30111ED4" w14:textId="77777777" w:rsidR="00832E2D" w:rsidRDefault="00832E2D" w:rsidP="00A67C04">
            <w:pPr>
              <w:rPr>
                <w:rFonts w:asciiTheme="majorHAnsi" w:hAnsiTheme="majorHAnsi" w:cstheme="majorHAnsi"/>
              </w:rPr>
            </w:pPr>
          </w:p>
        </w:tc>
      </w:tr>
      <w:tr w:rsidR="00832E2D" w14:paraId="5996FE1E" w14:textId="77777777" w:rsidTr="009D38C4">
        <w:trPr>
          <w:trHeight w:val="432"/>
        </w:trPr>
        <w:tc>
          <w:tcPr>
            <w:tcW w:w="2178" w:type="dxa"/>
            <w:vAlign w:val="center"/>
          </w:tcPr>
          <w:p w14:paraId="5934B359" w14:textId="0A7287CC" w:rsidR="00832E2D" w:rsidRDefault="00832E2D" w:rsidP="00A67C04">
            <w:pPr>
              <w:rPr>
                <w:rFonts w:asciiTheme="majorHAnsi" w:hAnsiTheme="majorHAnsi" w:cstheme="majorHAnsi"/>
              </w:rPr>
            </w:pPr>
            <w:r>
              <w:rPr>
                <w:rFonts w:asciiTheme="majorHAnsi" w:hAnsiTheme="majorHAnsi" w:cstheme="majorHAnsi"/>
              </w:rPr>
              <w:t>Gender:</w:t>
            </w:r>
          </w:p>
        </w:tc>
        <w:tc>
          <w:tcPr>
            <w:tcW w:w="6678" w:type="dxa"/>
            <w:vAlign w:val="center"/>
          </w:tcPr>
          <w:p w14:paraId="55D14D80" w14:textId="77777777" w:rsidR="00832E2D" w:rsidRDefault="00832E2D" w:rsidP="00A67C04">
            <w:pPr>
              <w:rPr>
                <w:rFonts w:asciiTheme="majorHAnsi" w:hAnsiTheme="majorHAnsi" w:cstheme="majorHAnsi"/>
              </w:rPr>
            </w:pPr>
          </w:p>
        </w:tc>
      </w:tr>
      <w:tr w:rsidR="00832E2D" w14:paraId="300FC195" w14:textId="77777777" w:rsidTr="009D38C4">
        <w:trPr>
          <w:trHeight w:val="432"/>
        </w:trPr>
        <w:tc>
          <w:tcPr>
            <w:tcW w:w="2178" w:type="dxa"/>
            <w:vAlign w:val="center"/>
          </w:tcPr>
          <w:p w14:paraId="109F9DD7" w14:textId="5A6553C6" w:rsidR="00832E2D" w:rsidRDefault="00832E2D" w:rsidP="00A67C04">
            <w:pPr>
              <w:rPr>
                <w:rFonts w:asciiTheme="majorHAnsi" w:hAnsiTheme="majorHAnsi" w:cstheme="majorHAnsi"/>
              </w:rPr>
            </w:pPr>
            <w:r>
              <w:rPr>
                <w:rFonts w:asciiTheme="majorHAnsi" w:hAnsiTheme="majorHAnsi" w:cstheme="majorHAnsi"/>
              </w:rPr>
              <w:t>Phone Number:</w:t>
            </w:r>
          </w:p>
        </w:tc>
        <w:tc>
          <w:tcPr>
            <w:tcW w:w="6678" w:type="dxa"/>
            <w:vAlign w:val="center"/>
          </w:tcPr>
          <w:p w14:paraId="56770BE2" w14:textId="77777777" w:rsidR="00832E2D" w:rsidRDefault="00832E2D" w:rsidP="00A67C04">
            <w:pPr>
              <w:rPr>
                <w:rFonts w:asciiTheme="majorHAnsi" w:hAnsiTheme="majorHAnsi" w:cstheme="majorHAnsi"/>
              </w:rPr>
            </w:pPr>
          </w:p>
        </w:tc>
      </w:tr>
      <w:tr w:rsidR="00832E2D" w14:paraId="4E9CD80B" w14:textId="77777777" w:rsidTr="009D38C4">
        <w:trPr>
          <w:trHeight w:val="432"/>
        </w:trPr>
        <w:tc>
          <w:tcPr>
            <w:tcW w:w="2178" w:type="dxa"/>
            <w:vAlign w:val="center"/>
          </w:tcPr>
          <w:p w14:paraId="3346D343" w14:textId="18CB06C8" w:rsidR="00832E2D" w:rsidRDefault="00832E2D" w:rsidP="00A67C04">
            <w:pPr>
              <w:rPr>
                <w:rFonts w:asciiTheme="majorHAnsi" w:hAnsiTheme="majorHAnsi" w:cstheme="majorHAnsi"/>
              </w:rPr>
            </w:pPr>
            <w:r>
              <w:rPr>
                <w:rFonts w:asciiTheme="majorHAnsi" w:hAnsiTheme="majorHAnsi" w:cstheme="majorHAnsi"/>
              </w:rPr>
              <w:t>Emergency Name:</w:t>
            </w:r>
          </w:p>
        </w:tc>
        <w:tc>
          <w:tcPr>
            <w:tcW w:w="6678" w:type="dxa"/>
            <w:vAlign w:val="center"/>
          </w:tcPr>
          <w:p w14:paraId="3F237719" w14:textId="77777777" w:rsidR="00832E2D" w:rsidRDefault="00832E2D" w:rsidP="00A67C04">
            <w:pPr>
              <w:rPr>
                <w:rFonts w:asciiTheme="majorHAnsi" w:hAnsiTheme="majorHAnsi" w:cstheme="majorHAnsi"/>
              </w:rPr>
            </w:pPr>
          </w:p>
        </w:tc>
      </w:tr>
      <w:tr w:rsidR="00832E2D" w14:paraId="27F25384" w14:textId="77777777" w:rsidTr="009D38C4">
        <w:trPr>
          <w:trHeight w:val="432"/>
        </w:trPr>
        <w:tc>
          <w:tcPr>
            <w:tcW w:w="2178" w:type="dxa"/>
            <w:vAlign w:val="center"/>
          </w:tcPr>
          <w:p w14:paraId="0A76785F" w14:textId="5694A6B9" w:rsidR="00832E2D" w:rsidRDefault="00832E2D" w:rsidP="00A67C04">
            <w:pPr>
              <w:rPr>
                <w:rFonts w:asciiTheme="majorHAnsi" w:hAnsiTheme="majorHAnsi" w:cstheme="majorHAnsi"/>
              </w:rPr>
            </w:pPr>
            <w:r>
              <w:rPr>
                <w:rFonts w:asciiTheme="majorHAnsi" w:hAnsiTheme="majorHAnsi" w:cstheme="majorHAnsi"/>
              </w:rPr>
              <w:t>Emergency Contact:</w:t>
            </w:r>
          </w:p>
        </w:tc>
        <w:tc>
          <w:tcPr>
            <w:tcW w:w="6678" w:type="dxa"/>
            <w:vAlign w:val="center"/>
          </w:tcPr>
          <w:p w14:paraId="7DF4807E" w14:textId="77777777" w:rsidR="00832E2D" w:rsidRDefault="00832E2D" w:rsidP="00A67C04">
            <w:pPr>
              <w:rPr>
                <w:rFonts w:asciiTheme="majorHAnsi" w:hAnsiTheme="majorHAnsi" w:cstheme="majorHAnsi"/>
              </w:rPr>
            </w:pPr>
          </w:p>
        </w:tc>
      </w:tr>
    </w:tbl>
    <w:p w14:paraId="10C0D197" w14:textId="77777777" w:rsidR="00832E2D" w:rsidRDefault="00832E2D" w:rsidP="00A67C04">
      <w:pPr>
        <w:spacing w:after="0" w:line="240" w:lineRule="auto"/>
        <w:rPr>
          <w:rFonts w:asciiTheme="majorHAnsi" w:hAnsiTheme="majorHAnsi" w:cstheme="majorHAnsi"/>
        </w:rPr>
      </w:pPr>
    </w:p>
    <w:p w14:paraId="487A0063" w14:textId="77777777" w:rsidR="002B2BCB" w:rsidRDefault="002B2BCB" w:rsidP="002B2BCB">
      <w:pPr>
        <w:spacing w:after="0" w:line="240" w:lineRule="auto"/>
        <w:rPr>
          <w:rFonts w:asciiTheme="majorHAnsi" w:hAnsiTheme="majorHAnsi" w:cstheme="majorHAnsi"/>
        </w:rPr>
      </w:pPr>
      <w:r w:rsidRPr="002B2BCB">
        <w:rPr>
          <w:rFonts w:asciiTheme="majorHAnsi" w:hAnsiTheme="majorHAnsi" w:cstheme="majorHAnsi"/>
        </w:rPr>
        <w:t>I voluntarily choose to participate in the Byron Days Festival Hot Dog Eating Contest. I understand that participation in a competitive eating event involves inherent risks, including but not limited to choking, allergic reactions, illness, physical discomfort, or other unforeseen health-related issues. I further acknowledge that food consumption during the contest may vary, but participants may consume multiple hot dogs within a short period of time, which increases these risks.</w:t>
      </w:r>
    </w:p>
    <w:p w14:paraId="795EC70D" w14:textId="77777777" w:rsidR="002B2BCB" w:rsidRPr="002B2BCB" w:rsidRDefault="002B2BCB" w:rsidP="002B2BCB">
      <w:pPr>
        <w:spacing w:after="0" w:line="240" w:lineRule="auto"/>
        <w:rPr>
          <w:rFonts w:asciiTheme="majorHAnsi" w:hAnsiTheme="majorHAnsi" w:cstheme="majorHAnsi"/>
        </w:rPr>
      </w:pPr>
    </w:p>
    <w:p w14:paraId="0B6DBC18" w14:textId="77777777" w:rsidR="002B2BCB" w:rsidRPr="002B2BCB" w:rsidRDefault="002B2BCB" w:rsidP="002B2BCB">
      <w:pPr>
        <w:spacing w:after="0" w:line="240" w:lineRule="auto"/>
        <w:rPr>
          <w:rFonts w:asciiTheme="majorHAnsi" w:hAnsiTheme="majorHAnsi" w:cstheme="majorHAnsi"/>
        </w:rPr>
      </w:pPr>
      <w:r w:rsidRPr="002B2BCB">
        <w:rPr>
          <w:rFonts w:asciiTheme="majorHAnsi" w:hAnsiTheme="majorHAnsi" w:cstheme="majorHAnsi"/>
        </w:rPr>
        <w:t>I confirm that I am in good health, have no known medical conditions that would prevent safe participation, and I accept full responsibility for my decision to participate. I agree to follow all contest rules and instructions provided by event staff, understand that event organizers may modify rules as needed, and acknowledge that I may stop participation at any time if I feel unwell.</w:t>
      </w:r>
    </w:p>
    <w:p w14:paraId="618125A4" w14:textId="77777777" w:rsidR="002B2BCB" w:rsidRDefault="002B2BCB" w:rsidP="002B2BCB">
      <w:pPr>
        <w:spacing w:after="0" w:line="240" w:lineRule="auto"/>
        <w:rPr>
          <w:rFonts w:asciiTheme="majorHAnsi" w:hAnsiTheme="majorHAnsi" w:cstheme="majorHAnsi"/>
        </w:rPr>
      </w:pPr>
    </w:p>
    <w:p w14:paraId="0BD5AE4D" w14:textId="44072772" w:rsidR="002B2BCB" w:rsidRPr="002B2BCB" w:rsidRDefault="002B2BCB" w:rsidP="002B2BCB">
      <w:pPr>
        <w:spacing w:after="0" w:line="240" w:lineRule="auto"/>
        <w:rPr>
          <w:rFonts w:asciiTheme="majorHAnsi" w:hAnsiTheme="majorHAnsi" w:cstheme="majorHAnsi"/>
        </w:rPr>
      </w:pPr>
      <w:r w:rsidRPr="002B2BCB">
        <w:rPr>
          <w:rFonts w:asciiTheme="majorHAnsi" w:hAnsiTheme="majorHAnsi" w:cstheme="majorHAnsi"/>
        </w:rPr>
        <w:t>I voluntarily assume all risks associated with my participation, whether known or unknown. In consideration of being allowed to participate, I hereby release, waive, and hold harmless the Byron Days Festival (a 501(c)(3) nonprofit organization), its organizers, volunteers, sponsors, partners, and any affiliated individuals or entities from any and all claims, liabilities, damages, losses, or expenses arising out of or related to my participation in this event.</w:t>
      </w:r>
    </w:p>
    <w:p w14:paraId="09E2064B" w14:textId="77777777" w:rsidR="002B2BCB" w:rsidRDefault="002B2BCB" w:rsidP="002B2BCB">
      <w:pPr>
        <w:spacing w:after="0" w:line="240" w:lineRule="auto"/>
        <w:rPr>
          <w:rFonts w:asciiTheme="majorHAnsi" w:hAnsiTheme="majorHAnsi" w:cstheme="majorHAnsi"/>
        </w:rPr>
      </w:pPr>
    </w:p>
    <w:p w14:paraId="1F8C81B0" w14:textId="328DEDA1" w:rsidR="002B2BCB" w:rsidRPr="002B2BCB" w:rsidRDefault="002B2BCB" w:rsidP="002B2BCB">
      <w:pPr>
        <w:spacing w:after="0" w:line="240" w:lineRule="auto"/>
        <w:rPr>
          <w:rFonts w:asciiTheme="majorHAnsi" w:hAnsiTheme="majorHAnsi" w:cstheme="majorHAnsi"/>
        </w:rPr>
      </w:pPr>
      <w:r w:rsidRPr="002B2BCB">
        <w:rPr>
          <w:rFonts w:asciiTheme="majorHAnsi" w:hAnsiTheme="majorHAnsi" w:cstheme="majorHAnsi"/>
        </w:rPr>
        <w:t xml:space="preserve">I also consent to </w:t>
      </w:r>
      <w:proofErr w:type="gramStart"/>
      <w:r w:rsidRPr="002B2BCB">
        <w:rPr>
          <w:rFonts w:asciiTheme="majorHAnsi" w:hAnsiTheme="majorHAnsi" w:cstheme="majorHAnsi"/>
        </w:rPr>
        <w:t>receive</w:t>
      </w:r>
      <w:proofErr w:type="gramEnd"/>
      <w:r w:rsidRPr="002B2BCB">
        <w:rPr>
          <w:rFonts w:asciiTheme="majorHAnsi" w:hAnsiTheme="majorHAnsi" w:cstheme="majorHAnsi"/>
        </w:rPr>
        <w:t xml:space="preserve"> basic first aid or emergency medical assistance if deemed necessary during the event and agree that my participation may be photographed or recorded for promotional purposes. I further acknowledge that I am responsible for following all festival guidelines and staff instructions throughout the event.</w:t>
      </w:r>
    </w:p>
    <w:p w14:paraId="614E2208" w14:textId="77777777" w:rsidR="007263BD" w:rsidRDefault="007263BD" w:rsidP="00A67C04">
      <w:pPr>
        <w:spacing w:after="0" w:line="240" w:lineRule="auto"/>
        <w:rPr>
          <w:rFonts w:asciiTheme="majorHAnsi" w:hAnsiTheme="majorHAnsi" w:cstheme="majorHAnsi"/>
        </w:rPr>
      </w:pPr>
    </w:p>
    <w:p w14:paraId="74DA3113" w14:textId="77777777" w:rsidR="00A67C04" w:rsidRDefault="00A67C04" w:rsidP="00A67C04">
      <w:pPr>
        <w:spacing w:after="0" w:line="240" w:lineRule="auto"/>
        <w:rPr>
          <w:rFonts w:asciiTheme="majorHAnsi" w:hAnsiTheme="majorHAnsi" w:cstheme="majorHAnsi"/>
        </w:rPr>
      </w:pPr>
    </w:p>
    <w:p w14:paraId="2B79D8D8" w14:textId="23078FA3" w:rsidR="00CC1A27" w:rsidRPr="00A67C04" w:rsidRDefault="00F652DC" w:rsidP="00A67C04">
      <w:pPr>
        <w:spacing w:after="0" w:line="240" w:lineRule="auto"/>
        <w:rPr>
          <w:rFonts w:asciiTheme="majorHAnsi" w:hAnsiTheme="majorHAnsi" w:cstheme="majorHAnsi"/>
        </w:rPr>
      </w:pPr>
      <w:r w:rsidRPr="00A67C04">
        <w:rPr>
          <w:rFonts w:asciiTheme="majorHAnsi" w:hAnsiTheme="majorHAnsi" w:cstheme="majorHAnsi"/>
        </w:rPr>
        <w:t>Participant Signature: _______________________________</w:t>
      </w:r>
    </w:p>
    <w:p w14:paraId="2C80C2D6" w14:textId="77777777" w:rsidR="00A67C04" w:rsidRDefault="00A67C04" w:rsidP="00A67C04">
      <w:pPr>
        <w:spacing w:after="0" w:line="240" w:lineRule="auto"/>
        <w:rPr>
          <w:rFonts w:asciiTheme="majorHAnsi" w:hAnsiTheme="majorHAnsi" w:cstheme="majorHAnsi"/>
        </w:rPr>
      </w:pPr>
    </w:p>
    <w:p w14:paraId="7C808ED0" w14:textId="7199989D" w:rsidR="00CC1A27" w:rsidRPr="00A67C04" w:rsidRDefault="00F652DC" w:rsidP="00A67C04">
      <w:pPr>
        <w:spacing w:after="0" w:line="240" w:lineRule="auto"/>
        <w:rPr>
          <w:rFonts w:asciiTheme="majorHAnsi" w:hAnsiTheme="majorHAnsi" w:cstheme="majorHAnsi"/>
        </w:rPr>
      </w:pPr>
      <w:r w:rsidRPr="00A67C04">
        <w:rPr>
          <w:rFonts w:asciiTheme="majorHAnsi" w:hAnsiTheme="majorHAnsi" w:cstheme="majorHAnsi"/>
        </w:rPr>
        <w:t>Date: _______________________________</w:t>
      </w:r>
    </w:p>
    <w:sectPr w:rsidR="00CC1A27" w:rsidRPr="00A67C04"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C3CC3" w14:textId="77777777" w:rsidR="002650C8" w:rsidRDefault="002650C8" w:rsidP="00F22207">
      <w:pPr>
        <w:spacing w:after="0" w:line="240" w:lineRule="auto"/>
      </w:pPr>
      <w:r>
        <w:separator/>
      </w:r>
    </w:p>
  </w:endnote>
  <w:endnote w:type="continuationSeparator" w:id="0">
    <w:p w14:paraId="44E9F16C" w14:textId="77777777" w:rsidR="002650C8" w:rsidRDefault="002650C8" w:rsidP="00F22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5B73" w14:textId="77777777" w:rsidR="00B40B56" w:rsidRDefault="00B40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7404" w14:textId="30910CEF" w:rsidR="0036106D" w:rsidRPr="0036106D" w:rsidRDefault="0036106D" w:rsidP="0036106D">
    <w:pPr>
      <w:pStyle w:val="Footer"/>
      <w:jc w:val="right"/>
      <w:rPr>
        <w:rFonts w:asciiTheme="majorHAnsi" w:hAnsiTheme="majorHAnsi" w:cstheme="majorHAnsi"/>
      </w:rPr>
    </w:pPr>
    <w:r w:rsidRPr="0036106D">
      <w:rPr>
        <w:rFonts w:asciiTheme="majorHAnsi" w:hAnsiTheme="majorHAnsi" w:cstheme="majorHAnsi"/>
      </w:rPr>
      <w:t>Updated: May 2,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5264" w14:textId="77777777" w:rsidR="00B40B56" w:rsidRDefault="00B40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65A4" w14:textId="77777777" w:rsidR="002650C8" w:rsidRDefault="002650C8" w:rsidP="00F22207">
      <w:pPr>
        <w:spacing w:after="0" w:line="240" w:lineRule="auto"/>
      </w:pPr>
      <w:r>
        <w:separator/>
      </w:r>
    </w:p>
  </w:footnote>
  <w:footnote w:type="continuationSeparator" w:id="0">
    <w:p w14:paraId="6329613F" w14:textId="77777777" w:rsidR="002650C8" w:rsidRDefault="002650C8" w:rsidP="00F22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FB2C" w14:textId="77777777" w:rsidR="00B40B56" w:rsidRDefault="00B40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47AA" w14:textId="77777777" w:rsidR="00F22207" w:rsidRPr="00F22207" w:rsidRDefault="00F22207" w:rsidP="00F22207">
    <w:pPr>
      <w:pStyle w:val="Header"/>
      <w:jc w:val="center"/>
      <w:rPr>
        <w:b/>
        <w:bCs/>
      </w:rPr>
    </w:pPr>
    <w:r w:rsidRPr="00F22207">
      <w:rPr>
        <w:b/>
        <w:bCs/>
        <w:noProof/>
      </w:rPr>
      <w:drawing>
        <wp:inline distT="0" distB="0" distL="0" distR="0" wp14:anchorId="326ACEA4" wp14:editId="46862AFE">
          <wp:extent cx="1435100" cy="907002"/>
          <wp:effectExtent l="0" t="0" r="0" b="7620"/>
          <wp:docPr id="107072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72225" name="Picture 107072225"/>
                  <pic:cNvPicPr/>
                </pic:nvPicPr>
                <pic:blipFill rotWithShape="1">
                  <a:blip r:embed="rId1"/>
                  <a:srcRect l="13541" t="12500" r="16319" b="21007"/>
                  <a:stretch>
                    <a:fillRect/>
                  </a:stretch>
                </pic:blipFill>
                <pic:spPr bwMode="auto">
                  <a:xfrm>
                    <a:off x="0" y="0"/>
                    <a:ext cx="1443214" cy="912130"/>
                  </a:xfrm>
                  <a:prstGeom prst="rect">
                    <a:avLst/>
                  </a:prstGeom>
                  <a:ln>
                    <a:noFill/>
                  </a:ln>
                  <a:extLst>
                    <a:ext uri="{53640926-AAD7-44D8-BBD7-CCE9431645EC}">
                      <a14:shadowObscured xmlns:a14="http://schemas.microsoft.com/office/drawing/2010/main"/>
                    </a:ext>
                  </a:extLst>
                </pic:spPr>
              </pic:pic>
            </a:graphicData>
          </a:graphic>
        </wp:inline>
      </w:drawing>
    </w:r>
  </w:p>
  <w:p w14:paraId="714CA3C2" w14:textId="70C5DBA3" w:rsidR="00F22207" w:rsidRPr="00F22207" w:rsidRDefault="00F22207" w:rsidP="00F22207">
    <w:pPr>
      <w:pStyle w:val="Header"/>
      <w:jc w:val="center"/>
      <w:rPr>
        <w:b/>
        <w:bCs/>
      </w:rPr>
    </w:pPr>
    <w:r w:rsidRPr="00F22207">
      <w:rPr>
        <w:b/>
        <w:bCs/>
      </w:rPr>
      <w:t>Adult Liability Waiver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4649" w14:textId="77777777" w:rsidR="00B40B56" w:rsidRDefault="00B40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4936380"/>
    <w:multiLevelType w:val="hybridMultilevel"/>
    <w:tmpl w:val="DFF6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4297226">
    <w:abstractNumId w:val="8"/>
  </w:num>
  <w:num w:numId="2" w16cid:durableId="263002582">
    <w:abstractNumId w:val="6"/>
  </w:num>
  <w:num w:numId="3" w16cid:durableId="1641300959">
    <w:abstractNumId w:val="5"/>
  </w:num>
  <w:num w:numId="4" w16cid:durableId="629094876">
    <w:abstractNumId w:val="4"/>
  </w:num>
  <w:num w:numId="5" w16cid:durableId="1241910882">
    <w:abstractNumId w:val="7"/>
  </w:num>
  <w:num w:numId="6" w16cid:durableId="1388263761">
    <w:abstractNumId w:val="3"/>
  </w:num>
  <w:num w:numId="7" w16cid:durableId="717359615">
    <w:abstractNumId w:val="2"/>
  </w:num>
  <w:num w:numId="8" w16cid:durableId="1838230712">
    <w:abstractNumId w:val="1"/>
  </w:num>
  <w:num w:numId="9" w16cid:durableId="1603561885">
    <w:abstractNumId w:val="0"/>
  </w:num>
  <w:num w:numId="10" w16cid:durableId="3934789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6AAF"/>
    <w:rsid w:val="00226B46"/>
    <w:rsid w:val="002650C8"/>
    <w:rsid w:val="0029639D"/>
    <w:rsid w:val="002B2BCB"/>
    <w:rsid w:val="00326F90"/>
    <w:rsid w:val="0036106D"/>
    <w:rsid w:val="00426462"/>
    <w:rsid w:val="00634C6F"/>
    <w:rsid w:val="007263BD"/>
    <w:rsid w:val="00832E2D"/>
    <w:rsid w:val="009D38C4"/>
    <w:rsid w:val="00A67C04"/>
    <w:rsid w:val="00AA1D8D"/>
    <w:rsid w:val="00B40B56"/>
    <w:rsid w:val="00B47730"/>
    <w:rsid w:val="00CB0664"/>
    <w:rsid w:val="00CC1A27"/>
    <w:rsid w:val="00E12394"/>
    <w:rsid w:val="00F22207"/>
    <w:rsid w:val="00F652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E5FA6DA-C14B-42E9-8884-5FAC1692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581</Words>
  <Characters>1343</Characters>
  <Application>Microsoft Office Word</Application>
  <DocSecurity>0</DocSecurity>
  <Lines>1343</Lines>
  <Paragraphs>641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Deamud, Jennifer</cp:lastModifiedBy>
  <cp:revision>11</cp:revision>
  <dcterms:created xsi:type="dcterms:W3CDTF">2013-12-23T23:15:00Z</dcterms:created>
  <dcterms:modified xsi:type="dcterms:W3CDTF">2026-05-03T02:18:00Z</dcterms:modified>
  <cp:category/>
</cp:coreProperties>
</file>